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6492240" cy="48691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arm_resort_vanity_with_wooden_mirror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8691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Eyebrow"/>
      </w:pPr>
      <w:r>
        <w:t>TIRREN · PROJECT SUBMITTAL</w:t>
      </w:r>
    </w:p>
    <w:p>
      <w:pPr>
        <w:pStyle w:val="Title"/>
      </w:pPr>
      <w:r>
        <w:t>Hospitality Surface Systems</w:t>
      </w:r>
    </w:p>
    <w:p>
      <w:pPr>
        <w:spacing w:after="200"/>
      </w:pPr>
      <w:r>
        <w:rPr>
          <w:rFonts w:ascii="Arial" w:hAnsi="Arial"/>
          <w:color w:val="737B7C"/>
          <w:sz w:val="24"/>
        </w:rPr>
        <w:t>Editable project submittal template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rPr>
          <w:tblHeader w:val="true"/>
        </w:trPr>
        <w:tc>
          <w:tcPr>
            <w:tcW w:type="dxa" w:w="2448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7344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Project Information</w:t>
            </w:r>
          </w:p>
        </w:tc>
      </w:tr>
      <w:tr>
        <w:tc>
          <w:tcPr>
            <w:tcW w:type="dxa" w:w="24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Project</w:t>
            </w:r>
          </w:p>
        </w:tc>
        <w:tc>
          <w:tcPr>
            <w:tcW w:type="dxa" w:w="734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[PROJECT NAME]</w:t>
            </w:r>
          </w:p>
        </w:tc>
      </w:tr>
      <w:tr>
        <w:tc>
          <w:tcPr>
            <w:tcW w:type="dxa" w:w="24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Project Code</w:t>
            </w:r>
          </w:p>
        </w:tc>
        <w:tc>
          <w:tcPr>
            <w:tcW w:type="dxa" w:w="734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[PROJECT CODE]</w:t>
            </w:r>
          </w:p>
        </w:tc>
      </w:tr>
      <w:tr>
        <w:tc>
          <w:tcPr>
            <w:tcW w:type="dxa" w:w="24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Location</w:t>
            </w:r>
          </w:p>
        </w:tc>
        <w:tc>
          <w:tcPr>
            <w:tcW w:type="dxa" w:w="734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[CITY / COUNTRY]</w:t>
            </w:r>
          </w:p>
        </w:tc>
      </w:tr>
      <w:tr>
        <w:tc>
          <w:tcPr>
            <w:tcW w:type="dxa" w:w="24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Client / Developer</w:t>
            </w:r>
          </w:p>
        </w:tc>
        <w:tc>
          <w:tcPr>
            <w:tcW w:type="dxa" w:w="734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[CLIENT]</w:t>
            </w:r>
          </w:p>
        </w:tc>
      </w:tr>
      <w:tr>
        <w:tc>
          <w:tcPr>
            <w:tcW w:type="dxa" w:w="24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Architect / Designer</w:t>
            </w:r>
          </w:p>
        </w:tc>
        <w:tc>
          <w:tcPr>
            <w:tcW w:type="dxa" w:w="734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[ARCHITECT / DESIGNER]</w:t>
            </w:r>
          </w:p>
        </w:tc>
      </w:tr>
      <w:tr>
        <w:tc>
          <w:tcPr>
            <w:tcW w:type="dxa" w:w="24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Main Contractor</w:t>
            </w:r>
          </w:p>
        </w:tc>
        <w:tc>
          <w:tcPr>
            <w:tcW w:type="dxa" w:w="734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[CONTRACTOR]</w:t>
            </w:r>
          </w:p>
        </w:tc>
      </w:tr>
      <w:tr>
        <w:tc>
          <w:tcPr>
            <w:tcW w:type="dxa" w:w="24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TIRREN Contact</w:t>
            </w:r>
          </w:p>
        </w:tc>
        <w:tc>
          <w:tcPr>
            <w:tcW w:type="dxa" w:w="734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[NAME / EMAIL]</w:t>
            </w:r>
          </w:p>
        </w:tc>
      </w:tr>
      <w:tr>
        <w:tc>
          <w:tcPr>
            <w:tcW w:type="dxa" w:w="24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Submission No.</w:t>
            </w:r>
          </w:p>
        </w:tc>
        <w:tc>
          <w:tcPr>
            <w:tcW w:type="dxa" w:w="734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[SUB-001]</w:t>
            </w:r>
          </w:p>
        </w:tc>
      </w:tr>
      <w:tr>
        <w:tc>
          <w:tcPr>
            <w:tcW w:type="dxa" w:w="24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Revision</w:t>
            </w:r>
          </w:p>
        </w:tc>
        <w:tc>
          <w:tcPr>
            <w:tcW w:type="dxa" w:w="734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[A]</w:t>
            </w:r>
          </w:p>
        </w:tc>
      </w:tr>
      <w:tr>
        <w:tc>
          <w:tcPr>
            <w:tcW w:type="dxa" w:w="24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Date</w:t>
            </w:r>
          </w:p>
        </w:tc>
        <w:tc>
          <w:tcPr>
            <w:tcW w:type="dxa" w:w="734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[YYYY-MM-DD]</w:t>
            </w:r>
          </w:p>
        </w:tc>
      </w:tr>
      <w:tr>
        <w:tc>
          <w:tcPr>
            <w:tcW w:type="dxa" w:w="24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Status</w:t>
            </w:r>
          </w:p>
        </w:tc>
        <w:tc>
          <w:tcPr>
            <w:tcW w:type="dxa" w:w="734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[For Review / For Approval / Approved / Superseded]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10282"/>
            <w:shd w:fill="F6F3EE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b/>
                <w:color w:val="22272B"/>
                <w:sz w:val="20"/>
              </w:rPr>
              <w:t>DOCUMENT CONTROL</w:t>
              <w:br/>
            </w:r>
            <w:r>
              <w:rPr>
                <w:color w:val="737B7C"/>
                <w:sz w:val="17"/>
              </w:rPr>
              <w:t>Only approved revisions should be used for procurement or production. Superseded drawings and schedules should remain in the project record but be clearly marked.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t>01 · SUBMISSION SUMMARY</w:t>
      </w:r>
    </w:p>
    <w:p>
      <w:pPr>
        <w:pStyle w:val="Title"/>
      </w:pPr>
      <w:r>
        <w:t>Scope of this submittal.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rPr>
          <w:tblHeader w:val="true"/>
        </w:trPr>
        <w:tc>
          <w:tcPr>
            <w:tcW w:type="dxa" w:w="3024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Item</w:t>
            </w:r>
          </w:p>
        </w:tc>
        <w:tc>
          <w:tcPr>
            <w:tcW w:type="dxa" w:w="6768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c>
          <w:tcPr>
            <w:tcW w:type="dxa" w:w="302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System / Category</w:t>
            </w:r>
          </w:p>
        </w:tc>
        <w:tc>
          <w:tcPr>
            <w:tcW w:type="dxa" w:w="676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[Bathroom &amp; Vanity / Bath &amp; Wellness / Shower &amp; Wet Area / Counter / Kitchen / Bespoke]</w:t>
            </w:r>
          </w:p>
        </w:tc>
      </w:tr>
      <w:tr>
        <w:tc>
          <w:tcPr>
            <w:tcW w:type="dxa" w:w="302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Area / Room Type</w:t>
            </w:r>
          </w:p>
        </w:tc>
        <w:tc>
          <w:tcPr>
            <w:tcW w:type="dxa" w:w="676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[STANDARD ROOM / SUITE / VILLA / PUBLIC WC / OTHER]</w:t>
            </w:r>
          </w:p>
        </w:tc>
      </w:tr>
      <w:tr>
        <w:tc>
          <w:tcPr>
            <w:tcW w:type="dxa" w:w="302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Quantity Covered</w:t>
            </w:r>
          </w:p>
        </w:tc>
        <w:tc>
          <w:tcPr>
            <w:tcW w:type="dxa" w:w="676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[QTY]</w:t>
            </w:r>
          </w:p>
        </w:tc>
      </w:tr>
      <w:tr>
        <w:tc>
          <w:tcPr>
            <w:tcW w:type="dxa" w:w="302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Specification Reference</w:t>
            </w:r>
          </w:p>
        </w:tc>
        <w:tc>
          <w:tcPr>
            <w:tcW w:type="dxa" w:w="676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[SPEC SECTION / DRAWING / BOQ ITEM]</w:t>
            </w:r>
          </w:p>
        </w:tc>
      </w:tr>
      <w:tr>
        <w:tc>
          <w:tcPr>
            <w:tcW w:type="dxa" w:w="302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Requested Approval Date</w:t>
            </w:r>
          </w:p>
        </w:tc>
        <w:tc>
          <w:tcPr>
            <w:tcW w:type="dxa" w:w="676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[DATE]</w:t>
            </w:r>
          </w:p>
        </w:tc>
      </w:tr>
      <w:tr>
        <w:tc>
          <w:tcPr>
            <w:tcW w:type="dxa" w:w="302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Planned Production Release</w:t>
            </w:r>
          </w:p>
        </w:tc>
        <w:tc>
          <w:tcPr>
            <w:tcW w:type="dxa" w:w="676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[DATE]</w:t>
            </w:r>
          </w:p>
        </w:tc>
      </w:tr>
      <w:tr>
        <w:tc>
          <w:tcPr>
            <w:tcW w:type="dxa" w:w="302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Planned Delivery Stage</w:t>
            </w:r>
          </w:p>
        </w:tc>
        <w:tc>
          <w:tcPr>
            <w:tcW w:type="dxa" w:w="676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[DATE / STAGE]</w:t>
            </w:r>
          </w:p>
        </w:tc>
      </w:tr>
    </w:tbl>
    <w:p>
      <w:pPr>
        <w:spacing w:after="40"/>
      </w:pPr>
    </w:p>
    <w:p>
      <w:r>
        <w:t>Submission description: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10282"/>
            <w:shd w:fill="F6F3EE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b/>
                <w:color w:val="22272B"/>
                <w:sz w:val="20"/>
              </w:rPr>
              <w:t>[INSERT SHORT DESCRIPTION]</w:t>
              <w:br/>
            </w:r>
            <w:r>
              <w:rPr>
                <w:color w:val="737B7C"/>
                <w:sz w:val="17"/>
              </w:rPr>
              <w:t>Describe the selected TIRREN products, room types, key interfaces, finish intent and any departures from the design documents.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t>02 · PRODUCT SCHEDULE</w:t>
      </w:r>
    </w:p>
    <w:p>
      <w:pPr>
        <w:pStyle w:val="Title"/>
      </w:pPr>
      <w:r>
        <w:t>Products included in this submission.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1469"/>
        <w:gridCol w:w="1469"/>
        <w:gridCol w:w="1469"/>
        <w:gridCol w:w="1469"/>
        <w:gridCol w:w="1469"/>
        <w:gridCol w:w="1469"/>
        <w:gridCol w:w="1469"/>
      </w:tblGrid>
      <w:tr>
        <w:trPr>
          <w:tblHeader w:val="true"/>
        </w:trPr>
        <w:tc>
          <w:tcPr>
            <w:tcW w:type="dxa" w:w="648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Item</w:t>
            </w:r>
          </w:p>
        </w:tc>
        <w:tc>
          <w:tcPr>
            <w:tcW w:type="dxa" w:w="1512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TIRREN Code</w:t>
            </w:r>
          </w:p>
        </w:tc>
        <w:tc>
          <w:tcPr>
            <w:tcW w:type="dxa" w:w="2376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1800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Room / Zone</w:t>
            </w:r>
          </w:p>
        </w:tc>
        <w:tc>
          <w:tcPr>
            <w:tcW w:type="dxa" w:w="720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1440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Finish</w:t>
            </w:r>
          </w:p>
        </w:tc>
        <w:tc>
          <w:tcPr>
            <w:tcW w:type="dxa" w:w="1152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Status</w:t>
            </w:r>
          </w:p>
        </w:tc>
      </w:tr>
      <w:tr>
        <w:tc>
          <w:tcPr>
            <w:tcW w:type="dxa" w:w="6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[01]</w:t>
            </w:r>
          </w:p>
        </w:tc>
        <w:tc>
          <w:tcPr>
            <w:tcW w:type="dxa" w:w="151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[TIRREN CODE]</w:t>
            </w:r>
          </w:p>
        </w:tc>
        <w:tc>
          <w:tcPr>
            <w:tcW w:type="dxa" w:w="237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[DESCRIPTION]</w:t>
            </w:r>
          </w:p>
        </w:tc>
        <w:tc>
          <w:tcPr>
            <w:tcW w:type="dxa" w:w="180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[ROOM / ZONE]</w:t>
            </w:r>
          </w:p>
        </w:tc>
        <w:tc>
          <w:tcPr>
            <w:tcW w:type="dxa" w:w="72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[QTY]</w:t>
            </w:r>
          </w:p>
        </w:tc>
        <w:tc>
          <w:tcPr>
            <w:tcW w:type="dxa" w:w="144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[FINISH]</w:t>
            </w:r>
          </w:p>
        </w:tc>
        <w:tc>
          <w:tcPr>
            <w:tcW w:type="dxa" w:w="115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[01]</w:t>
            </w:r>
          </w:p>
        </w:tc>
        <w:tc>
          <w:tcPr>
            <w:tcW w:type="dxa" w:w="151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[TIRREN CODE]</w:t>
            </w:r>
          </w:p>
        </w:tc>
        <w:tc>
          <w:tcPr>
            <w:tcW w:type="dxa" w:w="237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[DESCRIPTION]</w:t>
            </w:r>
          </w:p>
        </w:tc>
        <w:tc>
          <w:tcPr>
            <w:tcW w:type="dxa" w:w="1800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[ROOM / ZONE]</w:t>
            </w:r>
          </w:p>
        </w:tc>
        <w:tc>
          <w:tcPr>
            <w:tcW w:type="dxa" w:w="720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[QTY]</w:t>
            </w:r>
          </w:p>
        </w:tc>
        <w:tc>
          <w:tcPr>
            <w:tcW w:type="dxa" w:w="1440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[FINISH]</w:t>
            </w:r>
          </w:p>
        </w:tc>
        <w:tc>
          <w:tcPr>
            <w:tcW w:type="dxa" w:w="115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[01]</w:t>
            </w:r>
          </w:p>
        </w:tc>
        <w:tc>
          <w:tcPr>
            <w:tcW w:type="dxa" w:w="151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[TIRREN CODE]</w:t>
            </w:r>
          </w:p>
        </w:tc>
        <w:tc>
          <w:tcPr>
            <w:tcW w:type="dxa" w:w="237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[DESCRIPTION]</w:t>
            </w:r>
          </w:p>
        </w:tc>
        <w:tc>
          <w:tcPr>
            <w:tcW w:type="dxa" w:w="180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[ROOM / ZONE]</w:t>
            </w:r>
          </w:p>
        </w:tc>
        <w:tc>
          <w:tcPr>
            <w:tcW w:type="dxa" w:w="72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[QTY]</w:t>
            </w:r>
          </w:p>
        </w:tc>
        <w:tc>
          <w:tcPr>
            <w:tcW w:type="dxa" w:w="144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[FINISH]</w:t>
            </w:r>
          </w:p>
        </w:tc>
        <w:tc>
          <w:tcPr>
            <w:tcW w:type="dxa" w:w="115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[01]</w:t>
            </w:r>
          </w:p>
        </w:tc>
        <w:tc>
          <w:tcPr>
            <w:tcW w:type="dxa" w:w="151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[TIRREN CODE]</w:t>
            </w:r>
          </w:p>
        </w:tc>
        <w:tc>
          <w:tcPr>
            <w:tcW w:type="dxa" w:w="237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[DESCRIPTION]</w:t>
            </w:r>
          </w:p>
        </w:tc>
        <w:tc>
          <w:tcPr>
            <w:tcW w:type="dxa" w:w="1800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[ROOM / ZONE]</w:t>
            </w:r>
          </w:p>
        </w:tc>
        <w:tc>
          <w:tcPr>
            <w:tcW w:type="dxa" w:w="720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[QTY]</w:t>
            </w:r>
          </w:p>
        </w:tc>
        <w:tc>
          <w:tcPr>
            <w:tcW w:type="dxa" w:w="1440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[FINISH]</w:t>
            </w:r>
          </w:p>
        </w:tc>
        <w:tc>
          <w:tcPr>
            <w:tcW w:type="dxa" w:w="115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[01]</w:t>
            </w:r>
          </w:p>
        </w:tc>
        <w:tc>
          <w:tcPr>
            <w:tcW w:type="dxa" w:w="151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[TIRREN CODE]</w:t>
            </w:r>
          </w:p>
        </w:tc>
        <w:tc>
          <w:tcPr>
            <w:tcW w:type="dxa" w:w="237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[DESCRIPTION]</w:t>
            </w:r>
          </w:p>
        </w:tc>
        <w:tc>
          <w:tcPr>
            <w:tcW w:type="dxa" w:w="180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[ROOM / ZONE]</w:t>
            </w:r>
          </w:p>
        </w:tc>
        <w:tc>
          <w:tcPr>
            <w:tcW w:type="dxa" w:w="72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[QTY]</w:t>
            </w:r>
          </w:p>
        </w:tc>
        <w:tc>
          <w:tcPr>
            <w:tcW w:type="dxa" w:w="144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[FINISH]</w:t>
            </w:r>
          </w:p>
        </w:tc>
        <w:tc>
          <w:tcPr>
            <w:tcW w:type="dxa" w:w="115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[01]</w:t>
            </w:r>
          </w:p>
        </w:tc>
        <w:tc>
          <w:tcPr>
            <w:tcW w:type="dxa" w:w="151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[TIRREN CODE]</w:t>
            </w:r>
          </w:p>
        </w:tc>
        <w:tc>
          <w:tcPr>
            <w:tcW w:type="dxa" w:w="237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[DESCRIPTION]</w:t>
            </w:r>
          </w:p>
        </w:tc>
        <w:tc>
          <w:tcPr>
            <w:tcW w:type="dxa" w:w="1800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[ROOM / ZONE]</w:t>
            </w:r>
          </w:p>
        </w:tc>
        <w:tc>
          <w:tcPr>
            <w:tcW w:type="dxa" w:w="720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[QTY]</w:t>
            </w:r>
          </w:p>
        </w:tc>
        <w:tc>
          <w:tcPr>
            <w:tcW w:type="dxa" w:w="1440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[FINISH]</w:t>
            </w:r>
          </w:p>
        </w:tc>
        <w:tc>
          <w:tcPr>
            <w:tcW w:type="dxa" w:w="115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[01]</w:t>
            </w:r>
          </w:p>
        </w:tc>
        <w:tc>
          <w:tcPr>
            <w:tcW w:type="dxa" w:w="151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[TIRREN CODE]</w:t>
            </w:r>
          </w:p>
        </w:tc>
        <w:tc>
          <w:tcPr>
            <w:tcW w:type="dxa" w:w="237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[DESCRIPTION]</w:t>
            </w:r>
          </w:p>
        </w:tc>
        <w:tc>
          <w:tcPr>
            <w:tcW w:type="dxa" w:w="180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[ROOM / ZONE]</w:t>
            </w:r>
          </w:p>
        </w:tc>
        <w:tc>
          <w:tcPr>
            <w:tcW w:type="dxa" w:w="72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[QTY]</w:t>
            </w:r>
          </w:p>
        </w:tc>
        <w:tc>
          <w:tcPr>
            <w:tcW w:type="dxa" w:w="144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[FINISH]</w:t>
            </w:r>
          </w:p>
        </w:tc>
        <w:tc>
          <w:tcPr>
            <w:tcW w:type="dxa" w:w="115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[01]</w:t>
            </w:r>
          </w:p>
        </w:tc>
        <w:tc>
          <w:tcPr>
            <w:tcW w:type="dxa" w:w="151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[TIRREN CODE]</w:t>
            </w:r>
          </w:p>
        </w:tc>
        <w:tc>
          <w:tcPr>
            <w:tcW w:type="dxa" w:w="237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[DESCRIPTION]</w:t>
            </w:r>
          </w:p>
        </w:tc>
        <w:tc>
          <w:tcPr>
            <w:tcW w:type="dxa" w:w="1800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[ROOM / ZONE]</w:t>
            </w:r>
          </w:p>
        </w:tc>
        <w:tc>
          <w:tcPr>
            <w:tcW w:type="dxa" w:w="720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[QTY]</w:t>
            </w:r>
          </w:p>
        </w:tc>
        <w:tc>
          <w:tcPr>
            <w:tcW w:type="dxa" w:w="1440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[FINISH]</w:t>
            </w:r>
          </w:p>
        </w:tc>
        <w:tc>
          <w:tcPr>
            <w:tcW w:type="dxa" w:w="115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Eyebrow"/>
      </w:pPr>
      <w:r>
        <w:t>03 · DIMENSIONAL &amp; INTERFACE DATA</w:t>
      </w:r>
    </w:p>
    <w:p>
      <w:pPr>
        <w:pStyle w:val="Title"/>
      </w:pPr>
      <w:r>
        <w:t>Confirm the interfaces before approval.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3427"/>
        <w:gridCol w:w="3427"/>
        <w:gridCol w:w="3427"/>
      </w:tblGrid>
      <w:tr>
        <w:trPr>
          <w:tblHeader w:val="true"/>
        </w:trPr>
        <w:tc>
          <w:tcPr>
            <w:tcW w:type="dxa" w:w="2376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Check</w:t>
            </w:r>
          </w:p>
        </w:tc>
        <w:tc>
          <w:tcPr>
            <w:tcW w:type="dxa" w:w="6408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Requirement / Project Entry</w:t>
            </w:r>
          </w:p>
        </w:tc>
        <w:tc>
          <w:tcPr>
            <w:tcW w:type="dxa" w:w="1224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Status</w:t>
            </w:r>
          </w:p>
        </w:tc>
      </w:tr>
      <w:tr>
        <w:tc>
          <w:tcPr>
            <w:tcW w:type="dxa" w:w="237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Overall product dimensions</w:t>
            </w:r>
          </w:p>
        </w:tc>
        <w:tc>
          <w:tcPr>
            <w:tcW w:type="dxa" w:w="640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[DIMENSIONS / DRAWING REFERENCE]</w:t>
            </w:r>
          </w:p>
        </w:tc>
        <w:tc>
          <w:tcPr>
            <w:tcW w:type="dxa" w:w="122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237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Tap-hole configuration</w:t>
            </w:r>
          </w:p>
        </w:tc>
        <w:tc>
          <w:tcPr>
            <w:tcW w:type="dxa" w:w="640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[NONE / 1 / 2 / CUSTOM]</w:t>
            </w:r>
          </w:p>
        </w:tc>
        <w:tc>
          <w:tcPr>
            <w:tcW w:type="dxa" w:w="122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237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Waste / overflow</w:t>
            </w:r>
          </w:p>
        </w:tc>
        <w:tc>
          <w:tcPr>
            <w:tcW w:type="dxa" w:w="640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[TYPE / SIZE / LOCATION]</w:t>
            </w:r>
          </w:p>
        </w:tc>
        <w:tc>
          <w:tcPr>
            <w:tcW w:type="dxa" w:w="122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237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Drain interface</w:t>
            </w:r>
          </w:p>
        </w:tc>
        <w:tc>
          <w:tcPr>
            <w:tcW w:type="dxa" w:w="640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[TYPE / SIZE / LOCATION]</w:t>
            </w:r>
          </w:p>
        </w:tc>
        <w:tc>
          <w:tcPr>
            <w:tcW w:type="dxa" w:w="122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237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Wall substrate / reinforcement</w:t>
            </w:r>
          </w:p>
        </w:tc>
        <w:tc>
          <w:tcPr>
            <w:tcW w:type="dxa" w:w="640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[CONSTRUCTION / DETAIL]</w:t>
            </w:r>
          </w:p>
        </w:tc>
        <w:tc>
          <w:tcPr>
            <w:tcW w:type="dxa" w:w="122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237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Cabinet / support</w:t>
            </w:r>
          </w:p>
        </w:tc>
        <w:tc>
          <w:tcPr>
            <w:tcW w:type="dxa" w:w="640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[DETAIL / BRACKET / FRAME]</w:t>
            </w:r>
          </w:p>
        </w:tc>
        <w:tc>
          <w:tcPr>
            <w:tcW w:type="dxa" w:w="122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237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Finished floor / level</w:t>
            </w:r>
          </w:p>
        </w:tc>
        <w:tc>
          <w:tcPr>
            <w:tcW w:type="dxa" w:w="640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[FFL / DATUM]</w:t>
            </w:r>
          </w:p>
        </w:tc>
        <w:tc>
          <w:tcPr>
            <w:tcW w:type="dxa" w:w="122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237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Waterproofing interface</w:t>
            </w:r>
          </w:p>
        </w:tc>
        <w:tc>
          <w:tcPr>
            <w:tcW w:type="dxa" w:w="640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[DETAIL / RESPONSIBLE PARTY]</w:t>
            </w:r>
          </w:p>
        </w:tc>
        <w:tc>
          <w:tcPr>
            <w:tcW w:type="dxa" w:w="122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237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Accessibility requirement</w:t>
            </w:r>
          </w:p>
        </w:tc>
        <w:tc>
          <w:tcPr>
            <w:tcW w:type="dxa" w:w="640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[STANDARD / CLEARANCE / N/A]</w:t>
            </w:r>
          </w:p>
        </w:tc>
        <w:tc>
          <w:tcPr>
            <w:tcW w:type="dxa" w:w="122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237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Service access</w:t>
            </w:r>
          </w:p>
        </w:tc>
        <w:tc>
          <w:tcPr>
            <w:tcW w:type="dxa" w:w="640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[ACCESS PANEL / CLEARANCE / N/A]</w:t>
            </w:r>
          </w:p>
        </w:tc>
        <w:tc>
          <w:tcPr>
            <w:tcW w:type="dxa" w:w="122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Eyebrow"/>
      </w:pPr>
      <w:r>
        <w:t>04 · DRAWINGS &amp; DOCUMENTS</w:t>
      </w:r>
    </w:p>
    <w:p>
      <w:pPr>
        <w:pStyle w:val="Title"/>
      </w:pPr>
      <w:r>
        <w:t>Document register.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1714"/>
        <w:gridCol w:w="1714"/>
        <w:gridCol w:w="1714"/>
        <w:gridCol w:w="1714"/>
        <w:gridCol w:w="1714"/>
        <w:gridCol w:w="1714"/>
      </w:tblGrid>
      <w:tr>
        <w:trPr>
          <w:tblHeader w:val="true"/>
        </w:trPr>
        <w:tc>
          <w:tcPr>
            <w:tcW w:type="dxa" w:w="648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Ref</w:t>
            </w:r>
          </w:p>
        </w:tc>
        <w:tc>
          <w:tcPr>
            <w:tcW w:type="dxa" w:w="3456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Document</w:t>
            </w:r>
          </w:p>
        </w:tc>
        <w:tc>
          <w:tcPr>
            <w:tcW w:type="dxa" w:w="2088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Number</w:t>
            </w:r>
          </w:p>
        </w:tc>
        <w:tc>
          <w:tcPr>
            <w:tcW w:type="dxa" w:w="648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Rev</w:t>
            </w:r>
          </w:p>
        </w:tc>
        <w:tc>
          <w:tcPr>
            <w:tcW w:type="dxa" w:w="1584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440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Status</w:t>
            </w:r>
          </w:p>
        </w:tc>
      </w:tr>
      <w:tr>
        <w:tc>
          <w:tcPr>
            <w:tcW w:type="dxa" w:w="6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[D01]</w:t>
            </w:r>
          </w:p>
        </w:tc>
        <w:tc>
          <w:tcPr>
            <w:tcW w:type="dxa" w:w="345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[TITLE]</w:t>
            </w:r>
          </w:p>
        </w:tc>
        <w:tc>
          <w:tcPr>
            <w:tcW w:type="dxa" w:w="208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[NUMBER]</w:t>
            </w:r>
          </w:p>
        </w:tc>
        <w:tc>
          <w:tcPr>
            <w:tcW w:type="dxa" w:w="6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[REV]</w:t>
            </w:r>
          </w:p>
        </w:tc>
        <w:tc>
          <w:tcPr>
            <w:tcW w:type="dxa" w:w="158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[DATE]</w:t>
            </w:r>
          </w:p>
        </w:tc>
        <w:tc>
          <w:tcPr>
            <w:tcW w:type="dxa" w:w="144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[D01]</w:t>
            </w:r>
          </w:p>
        </w:tc>
        <w:tc>
          <w:tcPr>
            <w:tcW w:type="dxa" w:w="345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[TITLE]</w:t>
            </w:r>
          </w:p>
        </w:tc>
        <w:tc>
          <w:tcPr>
            <w:tcW w:type="dxa" w:w="208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[NUMBER]</w:t>
            </w:r>
          </w:p>
        </w:tc>
        <w:tc>
          <w:tcPr>
            <w:tcW w:type="dxa" w:w="6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[REV]</w:t>
            </w:r>
          </w:p>
        </w:tc>
        <w:tc>
          <w:tcPr>
            <w:tcW w:type="dxa" w:w="158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[DATE]</w:t>
            </w:r>
          </w:p>
        </w:tc>
        <w:tc>
          <w:tcPr>
            <w:tcW w:type="dxa" w:w="1440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[D01]</w:t>
            </w:r>
          </w:p>
        </w:tc>
        <w:tc>
          <w:tcPr>
            <w:tcW w:type="dxa" w:w="345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[TITLE]</w:t>
            </w:r>
          </w:p>
        </w:tc>
        <w:tc>
          <w:tcPr>
            <w:tcW w:type="dxa" w:w="208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[NUMBER]</w:t>
            </w:r>
          </w:p>
        </w:tc>
        <w:tc>
          <w:tcPr>
            <w:tcW w:type="dxa" w:w="6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[REV]</w:t>
            </w:r>
          </w:p>
        </w:tc>
        <w:tc>
          <w:tcPr>
            <w:tcW w:type="dxa" w:w="158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[DATE]</w:t>
            </w:r>
          </w:p>
        </w:tc>
        <w:tc>
          <w:tcPr>
            <w:tcW w:type="dxa" w:w="144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[D01]</w:t>
            </w:r>
          </w:p>
        </w:tc>
        <w:tc>
          <w:tcPr>
            <w:tcW w:type="dxa" w:w="345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[TITLE]</w:t>
            </w:r>
          </w:p>
        </w:tc>
        <w:tc>
          <w:tcPr>
            <w:tcW w:type="dxa" w:w="208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[NUMBER]</w:t>
            </w:r>
          </w:p>
        </w:tc>
        <w:tc>
          <w:tcPr>
            <w:tcW w:type="dxa" w:w="6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[REV]</w:t>
            </w:r>
          </w:p>
        </w:tc>
        <w:tc>
          <w:tcPr>
            <w:tcW w:type="dxa" w:w="158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[DATE]</w:t>
            </w:r>
          </w:p>
        </w:tc>
        <w:tc>
          <w:tcPr>
            <w:tcW w:type="dxa" w:w="1440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[D01]</w:t>
            </w:r>
          </w:p>
        </w:tc>
        <w:tc>
          <w:tcPr>
            <w:tcW w:type="dxa" w:w="345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[TITLE]</w:t>
            </w:r>
          </w:p>
        </w:tc>
        <w:tc>
          <w:tcPr>
            <w:tcW w:type="dxa" w:w="208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[NUMBER]</w:t>
            </w:r>
          </w:p>
        </w:tc>
        <w:tc>
          <w:tcPr>
            <w:tcW w:type="dxa" w:w="6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[REV]</w:t>
            </w:r>
          </w:p>
        </w:tc>
        <w:tc>
          <w:tcPr>
            <w:tcW w:type="dxa" w:w="158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[DATE]</w:t>
            </w:r>
          </w:p>
        </w:tc>
        <w:tc>
          <w:tcPr>
            <w:tcW w:type="dxa" w:w="144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[D01]</w:t>
            </w:r>
          </w:p>
        </w:tc>
        <w:tc>
          <w:tcPr>
            <w:tcW w:type="dxa" w:w="345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[TITLE]</w:t>
            </w:r>
          </w:p>
        </w:tc>
        <w:tc>
          <w:tcPr>
            <w:tcW w:type="dxa" w:w="208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[NUMBER]</w:t>
            </w:r>
          </w:p>
        </w:tc>
        <w:tc>
          <w:tcPr>
            <w:tcW w:type="dxa" w:w="6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[REV]</w:t>
            </w:r>
          </w:p>
        </w:tc>
        <w:tc>
          <w:tcPr>
            <w:tcW w:type="dxa" w:w="158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[DATE]</w:t>
            </w:r>
          </w:p>
        </w:tc>
        <w:tc>
          <w:tcPr>
            <w:tcW w:type="dxa" w:w="1440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[D01]</w:t>
            </w:r>
          </w:p>
        </w:tc>
        <w:tc>
          <w:tcPr>
            <w:tcW w:type="dxa" w:w="345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[TITLE]</w:t>
            </w:r>
          </w:p>
        </w:tc>
        <w:tc>
          <w:tcPr>
            <w:tcW w:type="dxa" w:w="208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[NUMBER]</w:t>
            </w:r>
          </w:p>
        </w:tc>
        <w:tc>
          <w:tcPr>
            <w:tcW w:type="dxa" w:w="6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[REV]</w:t>
            </w:r>
          </w:p>
        </w:tc>
        <w:tc>
          <w:tcPr>
            <w:tcW w:type="dxa" w:w="158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[DATE]</w:t>
            </w:r>
          </w:p>
        </w:tc>
        <w:tc>
          <w:tcPr>
            <w:tcW w:type="dxa" w:w="144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[D01]</w:t>
            </w:r>
          </w:p>
        </w:tc>
        <w:tc>
          <w:tcPr>
            <w:tcW w:type="dxa" w:w="345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[TITLE]</w:t>
            </w:r>
          </w:p>
        </w:tc>
        <w:tc>
          <w:tcPr>
            <w:tcW w:type="dxa" w:w="208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[NUMBER]</w:t>
            </w:r>
          </w:p>
        </w:tc>
        <w:tc>
          <w:tcPr>
            <w:tcW w:type="dxa" w:w="6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[REV]</w:t>
            </w:r>
          </w:p>
        </w:tc>
        <w:tc>
          <w:tcPr>
            <w:tcW w:type="dxa" w:w="158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[DATE]</w:t>
            </w:r>
          </w:p>
        </w:tc>
        <w:tc>
          <w:tcPr>
            <w:tcW w:type="dxa" w:w="1440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Eyebrow"/>
      </w:pPr>
      <w:r>
        <w:t>05 · EVIDENCE REGISTER</w:t>
      </w:r>
    </w:p>
    <w:p>
      <w:pPr>
        <w:pStyle w:val="Title"/>
      </w:pPr>
      <w:r>
        <w:t>Only include evidence that matches the selected product.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1714"/>
        <w:gridCol w:w="1714"/>
        <w:gridCol w:w="1714"/>
        <w:gridCol w:w="1714"/>
        <w:gridCol w:w="1714"/>
        <w:gridCol w:w="1714"/>
      </w:tblGrid>
      <w:tr>
        <w:trPr>
          <w:tblHeader w:val="true"/>
        </w:trPr>
        <w:tc>
          <w:tcPr>
            <w:tcW w:type="dxa" w:w="648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Ref</w:t>
            </w:r>
          </w:p>
        </w:tc>
        <w:tc>
          <w:tcPr>
            <w:tcW w:type="dxa" w:w="2088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Type</w:t>
            </w:r>
          </w:p>
        </w:tc>
        <w:tc>
          <w:tcPr>
            <w:tcW w:type="dxa" w:w="1944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Reference</w:t>
            </w:r>
          </w:p>
        </w:tc>
        <w:tc>
          <w:tcPr>
            <w:tcW w:type="dxa" w:w="3024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Applicable Model / Scope</w:t>
            </w:r>
          </w:p>
        </w:tc>
        <w:tc>
          <w:tcPr>
            <w:tcW w:type="dxa" w:w="1296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Validity</w:t>
            </w:r>
          </w:p>
        </w:tc>
        <w:tc>
          <w:tcPr>
            <w:tcW w:type="dxa" w:w="1080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Status</w:t>
            </w:r>
          </w:p>
        </w:tc>
      </w:tr>
      <w:tr>
        <w:tc>
          <w:tcPr>
            <w:tcW w:type="dxa" w:w="6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[E01]</w:t>
            </w:r>
          </w:p>
        </w:tc>
        <w:tc>
          <w:tcPr>
            <w:tcW w:type="dxa" w:w="208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[CERT / TEST / MATERIAL / INSTALL]</w:t>
            </w:r>
          </w:p>
        </w:tc>
        <w:tc>
          <w:tcPr>
            <w:tcW w:type="dxa" w:w="194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[REFERENCE]</w:t>
            </w:r>
          </w:p>
        </w:tc>
        <w:tc>
          <w:tcPr>
            <w:tcW w:type="dxa" w:w="302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[MODEL / SCOPE]</w:t>
            </w:r>
          </w:p>
        </w:tc>
        <w:tc>
          <w:tcPr>
            <w:tcW w:type="dxa" w:w="129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[VALIDITY]</w:t>
            </w:r>
          </w:p>
        </w:tc>
        <w:tc>
          <w:tcPr>
            <w:tcW w:type="dxa" w:w="108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[E01]</w:t>
            </w:r>
          </w:p>
        </w:tc>
        <w:tc>
          <w:tcPr>
            <w:tcW w:type="dxa" w:w="208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[CERT / TEST / MATERIAL / INSTALL]</w:t>
            </w:r>
          </w:p>
        </w:tc>
        <w:tc>
          <w:tcPr>
            <w:tcW w:type="dxa" w:w="194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[REFERENCE]</w:t>
            </w:r>
          </w:p>
        </w:tc>
        <w:tc>
          <w:tcPr>
            <w:tcW w:type="dxa" w:w="302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[MODEL / SCOPE]</w:t>
            </w:r>
          </w:p>
        </w:tc>
        <w:tc>
          <w:tcPr>
            <w:tcW w:type="dxa" w:w="129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[VALIDITY]</w:t>
            </w:r>
          </w:p>
        </w:tc>
        <w:tc>
          <w:tcPr>
            <w:tcW w:type="dxa" w:w="1080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[E01]</w:t>
            </w:r>
          </w:p>
        </w:tc>
        <w:tc>
          <w:tcPr>
            <w:tcW w:type="dxa" w:w="208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[CERT / TEST / MATERIAL / INSTALL]</w:t>
            </w:r>
          </w:p>
        </w:tc>
        <w:tc>
          <w:tcPr>
            <w:tcW w:type="dxa" w:w="194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[REFERENCE]</w:t>
            </w:r>
          </w:p>
        </w:tc>
        <w:tc>
          <w:tcPr>
            <w:tcW w:type="dxa" w:w="302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[MODEL / SCOPE]</w:t>
            </w:r>
          </w:p>
        </w:tc>
        <w:tc>
          <w:tcPr>
            <w:tcW w:type="dxa" w:w="129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[VALIDITY]</w:t>
            </w:r>
          </w:p>
        </w:tc>
        <w:tc>
          <w:tcPr>
            <w:tcW w:type="dxa" w:w="108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[E01]</w:t>
            </w:r>
          </w:p>
        </w:tc>
        <w:tc>
          <w:tcPr>
            <w:tcW w:type="dxa" w:w="208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[CERT / TEST / MATERIAL / INSTALL]</w:t>
            </w:r>
          </w:p>
        </w:tc>
        <w:tc>
          <w:tcPr>
            <w:tcW w:type="dxa" w:w="194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[REFERENCE]</w:t>
            </w:r>
          </w:p>
        </w:tc>
        <w:tc>
          <w:tcPr>
            <w:tcW w:type="dxa" w:w="302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[MODEL / SCOPE]</w:t>
            </w:r>
          </w:p>
        </w:tc>
        <w:tc>
          <w:tcPr>
            <w:tcW w:type="dxa" w:w="129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[VALIDITY]</w:t>
            </w:r>
          </w:p>
        </w:tc>
        <w:tc>
          <w:tcPr>
            <w:tcW w:type="dxa" w:w="1080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[E01]</w:t>
            </w:r>
          </w:p>
        </w:tc>
        <w:tc>
          <w:tcPr>
            <w:tcW w:type="dxa" w:w="208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[CERT / TEST / MATERIAL / INSTALL]</w:t>
            </w:r>
          </w:p>
        </w:tc>
        <w:tc>
          <w:tcPr>
            <w:tcW w:type="dxa" w:w="194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[REFERENCE]</w:t>
            </w:r>
          </w:p>
        </w:tc>
        <w:tc>
          <w:tcPr>
            <w:tcW w:type="dxa" w:w="302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[MODEL / SCOPE]</w:t>
            </w:r>
          </w:p>
        </w:tc>
        <w:tc>
          <w:tcPr>
            <w:tcW w:type="dxa" w:w="129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[VALIDITY]</w:t>
            </w:r>
          </w:p>
        </w:tc>
        <w:tc>
          <w:tcPr>
            <w:tcW w:type="dxa" w:w="108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[E01]</w:t>
            </w:r>
          </w:p>
        </w:tc>
        <w:tc>
          <w:tcPr>
            <w:tcW w:type="dxa" w:w="208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[CERT / TEST / MATERIAL / INSTALL]</w:t>
            </w:r>
          </w:p>
        </w:tc>
        <w:tc>
          <w:tcPr>
            <w:tcW w:type="dxa" w:w="194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[REFERENCE]</w:t>
            </w:r>
          </w:p>
        </w:tc>
        <w:tc>
          <w:tcPr>
            <w:tcW w:type="dxa" w:w="302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[MODEL / SCOPE]</w:t>
            </w:r>
          </w:p>
        </w:tc>
        <w:tc>
          <w:tcPr>
            <w:tcW w:type="dxa" w:w="129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[VALIDITY]</w:t>
            </w:r>
          </w:p>
        </w:tc>
        <w:tc>
          <w:tcPr>
            <w:tcW w:type="dxa" w:w="1080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  <w:tr>
        <w:tc>
          <w:tcPr>
            <w:tcW w:type="dxa" w:w="6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[E01]</w:t>
            </w:r>
          </w:p>
        </w:tc>
        <w:tc>
          <w:tcPr>
            <w:tcW w:type="dxa" w:w="208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[CERT / TEST / MATERIAL / INSTALL]</w:t>
            </w:r>
          </w:p>
        </w:tc>
        <w:tc>
          <w:tcPr>
            <w:tcW w:type="dxa" w:w="194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[REFERENCE]</w:t>
            </w:r>
          </w:p>
        </w:tc>
        <w:tc>
          <w:tcPr>
            <w:tcW w:type="dxa" w:w="302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[MODEL / SCOPE]</w:t>
            </w:r>
          </w:p>
        </w:tc>
        <w:tc>
          <w:tcPr>
            <w:tcW w:type="dxa" w:w="129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[VALIDITY]</w:t>
            </w:r>
          </w:p>
        </w:tc>
        <w:tc>
          <w:tcPr>
            <w:tcW w:type="dxa" w:w="1080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4"/>
              </w:rPr>
              <w:t>[STATUS]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10282"/>
            <w:shd w:fill="F6F3EE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b/>
                <w:color w:val="22272B"/>
                <w:sz w:val="20"/>
              </w:rPr>
              <w:t>EVIDENCE CHECK</w:t>
              <w:br/>
            </w:r>
            <w:r>
              <w:rPr>
                <w:color w:val="737B7C"/>
                <w:sz w:val="17"/>
              </w:rPr>
              <w:t>Do not use a certificate logo, catalogue statement or related-model report as proof for the nominated product unless the exact scope is confirmed.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t>06 · FINISH &amp; SAMPLE APPROVAL</w:t>
      </w:r>
    </w:p>
    <w:p>
      <w:pPr>
        <w:pStyle w:val="Title"/>
      </w:pPr>
      <w:r>
        <w:t>Material and finish control.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rPr>
          <w:tblHeader w:val="true"/>
        </w:trPr>
        <w:tc>
          <w:tcPr>
            <w:tcW w:type="dxa" w:w="2448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7344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c>
          <w:tcPr>
            <w:tcW w:type="dxa" w:w="24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Finish / colour</w:t>
            </w:r>
          </w:p>
        </w:tc>
        <w:tc>
          <w:tcPr>
            <w:tcW w:type="dxa" w:w="734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[REFERENCE / DESCRIPTION]</w:t>
            </w:r>
          </w:p>
        </w:tc>
      </w:tr>
      <w:tr>
        <w:tc>
          <w:tcPr>
            <w:tcW w:type="dxa" w:w="24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Surface</w:t>
            </w:r>
          </w:p>
        </w:tc>
        <w:tc>
          <w:tcPr>
            <w:tcW w:type="dxa" w:w="734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[MATTE / GLOSSY / OTHER]</w:t>
            </w:r>
          </w:p>
        </w:tc>
      </w:tr>
      <w:tr>
        <w:tc>
          <w:tcPr>
            <w:tcW w:type="dxa" w:w="24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Sample reference</w:t>
            </w:r>
          </w:p>
        </w:tc>
        <w:tc>
          <w:tcPr>
            <w:tcW w:type="dxa" w:w="734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[SAMPLE ID]</w:t>
            </w:r>
          </w:p>
        </w:tc>
      </w:tr>
      <w:tr>
        <w:tc>
          <w:tcPr>
            <w:tcW w:type="dxa" w:w="24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Sample issued</w:t>
            </w:r>
          </w:p>
        </w:tc>
        <w:tc>
          <w:tcPr>
            <w:tcW w:type="dxa" w:w="734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[DATE]</w:t>
            </w:r>
          </w:p>
        </w:tc>
      </w:tr>
      <w:tr>
        <w:tc>
          <w:tcPr>
            <w:tcW w:type="dxa" w:w="24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Approved by</w:t>
            </w:r>
          </w:p>
        </w:tc>
        <w:tc>
          <w:tcPr>
            <w:tcW w:type="dxa" w:w="734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[NAME / ROLE]</w:t>
            </w:r>
          </w:p>
        </w:tc>
      </w:tr>
      <w:tr>
        <w:tc>
          <w:tcPr>
            <w:tcW w:type="dxa" w:w="24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Approval date</w:t>
            </w:r>
          </w:p>
        </w:tc>
        <w:tc>
          <w:tcPr>
            <w:tcW w:type="dxa" w:w="734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[DATE]</w:t>
            </w:r>
          </w:p>
        </w:tc>
      </w:tr>
      <w:tr>
        <w:tc>
          <w:tcPr>
            <w:tcW w:type="dxa" w:w="24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Comments</w:t>
            </w:r>
          </w:p>
        </w:tc>
        <w:tc>
          <w:tcPr>
            <w:tcW w:type="dxa" w:w="734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[COMMENTS / LIMITATIONS / BATCH REQUIREMENT]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Eyebrow"/>
      </w:pPr>
      <w:r>
        <w:t>07 · MOCK-UP ROOM APPROVAL</w:t>
      </w:r>
    </w:p>
    <w:p>
      <w:pPr>
        <w:pStyle w:val="Title"/>
      </w:pPr>
      <w:r>
        <w:t>Approval record before repeated production.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3427"/>
        <w:gridCol w:w="3427"/>
        <w:gridCol w:w="3427"/>
      </w:tblGrid>
      <w:tr>
        <w:trPr>
          <w:tblHeader w:val="true"/>
        </w:trPr>
        <w:tc>
          <w:tcPr>
            <w:tcW w:type="dxa" w:w="3096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Approval Item</w:t>
            </w:r>
          </w:p>
        </w:tc>
        <w:tc>
          <w:tcPr>
            <w:tcW w:type="dxa" w:w="5976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 / Comment</w:t>
            </w:r>
          </w:p>
        </w:tc>
        <w:tc>
          <w:tcPr>
            <w:tcW w:type="dxa" w:w="792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Status</w:t>
            </w:r>
          </w:p>
        </w:tc>
      </w:tr>
      <w:tr>
        <w:tc>
          <w:tcPr>
            <w:tcW w:type="dxa" w:w="309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Overall dimensions</w:t>
            </w:r>
          </w:p>
        </w:tc>
        <w:tc>
          <w:tcPr>
            <w:tcW w:type="dxa" w:w="597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[COMMENT]</w:t>
            </w:r>
          </w:p>
        </w:tc>
        <w:tc>
          <w:tcPr>
            <w:tcW w:type="dxa" w:w="79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09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Product position / clearances</w:t>
            </w:r>
          </w:p>
        </w:tc>
        <w:tc>
          <w:tcPr>
            <w:tcW w:type="dxa" w:w="597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[COMMENT]</w:t>
            </w:r>
          </w:p>
        </w:tc>
        <w:tc>
          <w:tcPr>
            <w:tcW w:type="dxa" w:w="79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09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Tap / waste / overflow alignment</w:t>
            </w:r>
          </w:p>
        </w:tc>
        <w:tc>
          <w:tcPr>
            <w:tcW w:type="dxa" w:w="597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[COMMENT]</w:t>
            </w:r>
          </w:p>
        </w:tc>
        <w:tc>
          <w:tcPr>
            <w:tcW w:type="dxa" w:w="79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09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Cabinet / wall / floor interface</w:t>
            </w:r>
          </w:p>
        </w:tc>
        <w:tc>
          <w:tcPr>
            <w:tcW w:type="dxa" w:w="597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[COMMENT]</w:t>
            </w:r>
          </w:p>
        </w:tc>
        <w:tc>
          <w:tcPr>
            <w:tcW w:type="dxa" w:w="79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09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Finish and sheen</w:t>
            </w:r>
          </w:p>
        </w:tc>
        <w:tc>
          <w:tcPr>
            <w:tcW w:type="dxa" w:w="597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[COMMENT]</w:t>
            </w:r>
          </w:p>
        </w:tc>
        <w:tc>
          <w:tcPr>
            <w:tcW w:type="dxa" w:w="79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09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Seams / edges / upstands</w:t>
            </w:r>
          </w:p>
        </w:tc>
        <w:tc>
          <w:tcPr>
            <w:tcW w:type="dxa" w:w="597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[COMMENT]</w:t>
            </w:r>
          </w:p>
        </w:tc>
        <w:tc>
          <w:tcPr>
            <w:tcW w:type="dxa" w:w="79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09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Cleaning / repair expectation</w:t>
            </w:r>
          </w:p>
        </w:tc>
        <w:tc>
          <w:tcPr>
            <w:tcW w:type="dxa" w:w="5976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[COMMENT]</w:t>
            </w:r>
          </w:p>
        </w:tc>
        <w:tc>
          <w:tcPr>
            <w:tcW w:type="dxa" w:w="79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09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Final outcome</w:t>
            </w:r>
          </w:p>
        </w:tc>
        <w:tc>
          <w:tcPr>
            <w:tcW w:type="dxa" w:w="5976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[APPROVED / APPROVED WITH COMMENTS / REVISE]</w:t>
            </w:r>
          </w:p>
        </w:tc>
        <w:tc>
          <w:tcPr>
            <w:tcW w:type="dxa" w:w="79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Eyebrow"/>
      </w:pPr>
      <w:r>
        <w:t>08 · PACKAGING &amp; DELIVERY</w:t>
      </w:r>
    </w:p>
    <w:p>
      <w:pPr>
        <w:pStyle w:val="Title"/>
      </w:pPr>
      <w:r>
        <w:t>Pack to the construction sequence.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rPr>
          <w:tblHeader w:val="true"/>
        </w:trPr>
        <w:tc>
          <w:tcPr>
            <w:tcW w:type="dxa" w:w="2448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Field</w:t>
            </w:r>
          </w:p>
        </w:tc>
        <w:tc>
          <w:tcPr>
            <w:tcW w:type="dxa" w:w="7344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Entry</w:t>
            </w:r>
          </w:p>
        </w:tc>
      </w:tr>
      <w:tr>
        <w:tc>
          <w:tcPr>
            <w:tcW w:type="dxa" w:w="24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Project / package code</w:t>
            </w:r>
          </w:p>
        </w:tc>
        <w:tc>
          <w:tcPr>
            <w:tcW w:type="dxa" w:w="734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[CODE]</w:t>
            </w:r>
          </w:p>
        </w:tc>
      </w:tr>
      <w:tr>
        <w:tc>
          <w:tcPr>
            <w:tcW w:type="dxa" w:w="24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Building / zone</w:t>
            </w:r>
          </w:p>
        </w:tc>
        <w:tc>
          <w:tcPr>
            <w:tcW w:type="dxa" w:w="734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[BUILDING / WING / VILLA CLUSTER]</w:t>
            </w:r>
          </w:p>
        </w:tc>
      </w:tr>
      <w:tr>
        <w:tc>
          <w:tcPr>
            <w:tcW w:type="dxa" w:w="24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Floor / level</w:t>
            </w:r>
          </w:p>
        </w:tc>
        <w:tc>
          <w:tcPr>
            <w:tcW w:type="dxa" w:w="734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[LEVEL]</w:t>
            </w:r>
          </w:p>
        </w:tc>
      </w:tr>
      <w:tr>
        <w:tc>
          <w:tcPr>
            <w:tcW w:type="dxa" w:w="24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Room / unit</w:t>
            </w:r>
          </w:p>
        </w:tc>
        <w:tc>
          <w:tcPr>
            <w:tcW w:type="dxa" w:w="734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[ROOM / UNIT]</w:t>
            </w:r>
          </w:p>
        </w:tc>
      </w:tr>
      <w:tr>
        <w:tc>
          <w:tcPr>
            <w:tcW w:type="dxa" w:w="24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Product code</w:t>
            </w:r>
          </w:p>
        </w:tc>
        <w:tc>
          <w:tcPr>
            <w:tcW w:type="dxa" w:w="734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[TIRREN CODE]</w:t>
            </w:r>
          </w:p>
        </w:tc>
      </w:tr>
      <w:tr>
        <w:tc>
          <w:tcPr>
            <w:tcW w:type="dxa" w:w="24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Drawing revision</w:t>
            </w:r>
          </w:p>
        </w:tc>
        <w:tc>
          <w:tcPr>
            <w:tcW w:type="dxa" w:w="734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[DRAWING / REV]</w:t>
            </w:r>
          </w:p>
        </w:tc>
      </w:tr>
      <w:tr>
        <w:tc>
          <w:tcPr>
            <w:tcW w:type="dxa" w:w="244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Handling notes</w:t>
            </w:r>
          </w:p>
        </w:tc>
        <w:tc>
          <w:tcPr>
            <w:tcW w:type="dxa" w:w="734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[HEAVY / FRAGILE / ORIENTATION / FORKLIFT]</w:t>
            </w:r>
          </w:p>
        </w:tc>
      </w:tr>
      <w:tr>
        <w:tc>
          <w:tcPr>
            <w:tcW w:type="dxa" w:w="244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Delivery stage</w:t>
            </w:r>
          </w:p>
        </w:tc>
        <w:tc>
          <w:tcPr>
            <w:tcW w:type="dxa" w:w="734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[STAGE / DATE]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Eyebrow"/>
      </w:pPr>
      <w:r>
        <w:t>09 · RESPONSIBILITIES</w:t>
      </w:r>
    </w:p>
    <w:p>
      <w:pPr>
        <w:pStyle w:val="Title"/>
      </w:pPr>
      <w:r>
        <w:t>Supply-only responsibility schedule.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3427"/>
        <w:gridCol w:w="3427"/>
        <w:gridCol w:w="3427"/>
      </w:tblGrid>
      <w:tr>
        <w:trPr>
          <w:tblHeader w:val="true"/>
        </w:trPr>
        <w:tc>
          <w:tcPr>
            <w:tcW w:type="dxa" w:w="1872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Workstream</w:t>
            </w:r>
          </w:p>
        </w:tc>
        <w:tc>
          <w:tcPr>
            <w:tcW w:type="dxa" w:w="4032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TIRREN / Apollo</w:t>
            </w:r>
          </w:p>
        </w:tc>
        <w:tc>
          <w:tcPr>
            <w:tcW w:type="dxa" w:w="4032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Project Team</w:t>
            </w:r>
          </w:p>
        </w:tc>
      </w:tr>
      <w:tr>
        <w:tc>
          <w:tcPr>
            <w:tcW w:type="dxa" w:w="187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Product supply</w:t>
            </w:r>
          </w:p>
        </w:tc>
        <w:tc>
          <w:tcPr>
            <w:tcW w:type="dxa" w:w="403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Supply approved products to agreed scope.</w:t>
            </w:r>
          </w:p>
        </w:tc>
        <w:tc>
          <w:tcPr>
            <w:tcW w:type="dxa" w:w="403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Confirm quantities, programme and receipt.</w:t>
            </w:r>
          </w:p>
        </w:tc>
      </w:tr>
      <w:tr>
        <w:tc>
          <w:tcPr>
            <w:tcW w:type="dxa" w:w="187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Site dimensions</w:t>
            </w:r>
          </w:p>
        </w:tc>
        <w:tc>
          <w:tcPr>
            <w:tcW w:type="dxa" w:w="403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Use issued dimensions / approved drawings.</w:t>
            </w:r>
          </w:p>
        </w:tc>
        <w:tc>
          <w:tcPr>
            <w:tcW w:type="dxa" w:w="403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Site measure and construction tolerance control.</w:t>
            </w:r>
          </w:p>
        </w:tc>
      </w:tr>
      <w:tr>
        <w:tc>
          <w:tcPr>
            <w:tcW w:type="dxa" w:w="187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Structural support</w:t>
            </w:r>
          </w:p>
        </w:tc>
        <w:tc>
          <w:tcPr>
            <w:tcW w:type="dxa" w:w="403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Provide product information where available.</w:t>
            </w:r>
          </w:p>
        </w:tc>
        <w:tc>
          <w:tcPr>
            <w:tcW w:type="dxa" w:w="403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Design / provide suitable wall, floor and support conditions.</w:t>
            </w:r>
          </w:p>
        </w:tc>
      </w:tr>
      <w:tr>
        <w:tc>
          <w:tcPr>
            <w:tcW w:type="dxa" w:w="187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Plumbing</w:t>
            </w:r>
          </w:p>
        </w:tc>
        <w:tc>
          <w:tcPr>
            <w:tcW w:type="dxa" w:w="403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Provide product interface details.</w:t>
            </w:r>
          </w:p>
        </w:tc>
        <w:tc>
          <w:tcPr>
            <w:tcW w:type="dxa" w:w="403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Local plumbing design, connection, code compliance and testing.</w:t>
            </w:r>
          </w:p>
        </w:tc>
      </w:tr>
      <w:tr>
        <w:tc>
          <w:tcPr>
            <w:tcW w:type="dxa" w:w="187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Waterproofing</w:t>
            </w:r>
          </w:p>
        </w:tc>
        <w:tc>
          <w:tcPr>
            <w:tcW w:type="dxa" w:w="403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Coordinate product interface information.</w:t>
            </w:r>
          </w:p>
        </w:tc>
        <w:tc>
          <w:tcPr>
            <w:tcW w:type="dxa" w:w="403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Design and install waterproofing system.</w:t>
            </w:r>
          </w:p>
        </w:tc>
      </w:tr>
      <w:tr>
        <w:tc>
          <w:tcPr>
            <w:tcW w:type="dxa" w:w="187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Installation</w:t>
            </w:r>
          </w:p>
        </w:tc>
        <w:tc>
          <w:tcPr>
            <w:tcW w:type="dxa" w:w="403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Excluded unless separately agreed.</w:t>
            </w:r>
          </w:p>
        </w:tc>
        <w:tc>
          <w:tcPr>
            <w:tcW w:type="dxa" w:w="4032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Qualified installation and supervision.</w:t>
            </w:r>
          </w:p>
        </w:tc>
      </w:tr>
      <w:tr>
        <w:tc>
          <w:tcPr>
            <w:tcW w:type="dxa" w:w="187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Approvals</w:t>
            </w:r>
          </w:p>
        </w:tc>
        <w:tc>
          <w:tcPr>
            <w:tcW w:type="dxa" w:w="403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Provide applicable product documents.</w:t>
            </w:r>
          </w:p>
        </w:tc>
        <w:tc>
          <w:tcPr>
            <w:tcW w:type="dxa" w:w="4032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Authority approval / statutory compliance.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Eyebrow"/>
      </w:pPr>
      <w:r>
        <w:t>10 · APPROVAL</w:t>
      </w:r>
    </w:p>
    <w:p>
      <w:pPr>
        <w:pStyle w:val="Title"/>
      </w:pPr>
      <w:r>
        <w:t>Submission disposition.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rPr>
          <w:tblHeader w:val="true"/>
        </w:trPr>
        <w:tc>
          <w:tcPr>
            <w:tcW w:type="dxa" w:w="3024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Disposition</w:t>
            </w:r>
          </w:p>
        </w:tc>
        <w:tc>
          <w:tcPr>
            <w:tcW w:type="dxa" w:w="6768"/>
            <w:shd w:fill="22272B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Tick / Comment</w:t>
            </w:r>
          </w:p>
        </w:tc>
      </w:tr>
      <w:tr>
        <w:tc>
          <w:tcPr>
            <w:tcW w:type="dxa" w:w="302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Approved</w:t>
            </w:r>
          </w:p>
        </w:tc>
        <w:tc>
          <w:tcPr>
            <w:tcW w:type="dxa" w:w="676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02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Approved with comments</w:t>
            </w:r>
          </w:p>
        </w:tc>
        <w:tc>
          <w:tcPr>
            <w:tcW w:type="dxa" w:w="676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02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Revise and resubmit</w:t>
            </w:r>
          </w:p>
        </w:tc>
        <w:tc>
          <w:tcPr>
            <w:tcW w:type="dxa" w:w="676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02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Rejected</w:t>
            </w:r>
          </w:p>
        </w:tc>
        <w:tc>
          <w:tcPr>
            <w:tcW w:type="dxa" w:w="676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02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Comments</w:t>
            </w:r>
          </w:p>
        </w:tc>
        <w:tc>
          <w:tcPr>
            <w:tcW w:type="dxa" w:w="676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[INSERT REVIEW COMMENTS]</w:t>
            </w:r>
          </w:p>
        </w:tc>
      </w:tr>
      <w:tr>
        <w:tc>
          <w:tcPr>
            <w:tcW w:type="dxa" w:w="302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Reviewer</w:t>
            </w:r>
          </w:p>
        </w:tc>
        <w:tc>
          <w:tcPr>
            <w:tcW w:type="dxa" w:w="676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[NAME / ROLE]</w:t>
            </w:r>
          </w:p>
        </w:tc>
      </w:tr>
      <w:tr>
        <w:tc>
          <w:tcPr>
            <w:tcW w:type="dxa" w:w="3024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Signature</w:t>
            </w:r>
          </w:p>
        </w:tc>
        <w:tc>
          <w:tcPr>
            <w:tcW w:type="dxa" w:w="6768"/>
            <w:shd w:fill="F6F3EE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[SIGNATURE]</w:t>
            </w:r>
          </w:p>
        </w:tc>
      </w:tr>
      <w:tr>
        <w:tc>
          <w:tcPr>
            <w:tcW w:type="dxa" w:w="3024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Date</w:t>
            </w:r>
          </w:p>
        </w:tc>
        <w:tc>
          <w:tcPr>
            <w:tcW w:type="dxa" w:w="6768"/>
            <w:shd w:fill="FFFFFF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color w:val="22272B"/>
                <w:sz w:val="15"/>
              </w:rPr>
              <w:t>[DATE]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10282"/>
            <w:shd w:fill="E9E4DA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b/>
                <w:color w:val="22272B"/>
                <w:sz w:val="20"/>
              </w:rPr>
              <w:t>PRODUCTION RELEASE</w:t>
              <w:br/>
            </w:r>
            <w:r>
              <w:rPr>
                <w:color w:val="737B7C"/>
                <w:sz w:val="17"/>
              </w:rPr>
              <w:t>Approval of this submittal does not release production unless the final commercial order, quantities, finish references, approved drawings and production-release instruction are also confirmed.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10"/>
      <w:footerReference w:type="default" r:id="rId11"/>
      <w:pgSz w:w="12240" w:h="15840"/>
      <w:pgMar w:top="893" w:right="979" w:bottom="893" w:left="979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37B7C"/>
        <w:sz w:val="14"/>
      </w:rPr>
      <w:t>Apollo NZ Global · Supply-only project systems · Issue 01 · October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rPr>
        <w:rFonts w:ascii="Arial" w:hAnsi="Arial"/>
        <w:b/>
        <w:color w:val="737B7C"/>
        <w:sz w:val="14"/>
      </w:rPr>
      <w:t>TIRREN · PROJECT SUBMITTAL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227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22272B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2272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667A62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2272B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pPr>
      <w:spacing w:after="80"/>
    </w:pPr>
    <w:rPr>
      <w:rFonts w:ascii="Arial" w:hAnsi="Arial"/>
      <w:b/>
      <w:color w:val="667A62"/>
      <w:sz w:val="16"/>
    </w:rPr>
  </w:style>
  <w:style w:type="paragraph" w:customStyle="1" w:styleId="SmallNote">
    <w:name w:val="Small Note"/>
    <w:pPr>
      <w:spacing w:after="80"/>
    </w:pPr>
    <w:rPr>
      <w:rFonts w:ascii="Arial" w:hAnsi="Arial"/>
      <w:color w:val="737B7C"/>
      <w:sz w:val="15"/>
    </w:rPr>
  </w:style>
  <w:style w:type="paragraph" w:customStyle="1" w:styleId="Callout">
    <w:name w:val="Callout"/>
    <w:pPr>
      <w:spacing w:after="80"/>
    </w:pPr>
    <w:rPr>
      <w:rFonts w:ascii="Arial" w:hAnsi="Arial"/>
      <w:b/>
      <w:color w:val="22272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