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22272B"/>
          <w:sz w:val="68"/>
        </w:rPr>
        <w:t>TIRREN</w:t>
      </w:r>
    </w:p>
    <w:p>
      <w:r>
        <w:rPr>
          <w:rFonts w:ascii="Arial" w:hAnsi="Arial"/>
          <w:b/>
          <w:color w:val="667A62"/>
          <w:sz w:val="18"/>
        </w:rPr>
        <w:t>PRODUCTION CONTROL</w:t>
      </w:r>
    </w:p>
    <w:p>
      <w:pPr>
        <w:pStyle w:val="Title"/>
      </w:pPr>
      <w:r>
        <w:t>Production Release Form</w:t>
      </w:r>
    </w:p>
    <w:p>
      <w:r>
        <w:rPr>
          <w:rFonts w:ascii="Arial" w:hAnsi="Arial"/>
          <w:color w:val="737B7C"/>
          <w:sz w:val="24"/>
        </w:rPr>
        <w:t>Final gate between approved project documentation and manufacturing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E9E4DA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RELEASE RULE</w:t>
              <w:br/>
            </w:r>
            <w:r>
              <w:rPr>
                <w:rFonts w:ascii="Arial" w:hAnsi="Arial"/>
                <w:color w:val="737B7C"/>
                <w:sz w:val="16"/>
              </w:rPr>
              <w:t>Do not release repeated production until approved drawings, quantities, finishes, room allocation, evidence status and commercial release are aligned.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1 · Project release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5141"/>
        <w:gridCol w:w="5141"/>
      </w:tblGrid>
      <w:tr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Field</w:t>
            </w:r>
          </w:p>
        </w:tc>
        <w:tc>
          <w:tcPr>
            <w:tcW w:type="dxa" w:w="691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Entry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[PROJECT NAME]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Project Code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[CODE]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Release No.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[PR-001]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Release Date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Client / Developer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[CLIENT]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Destination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[CITY / COUNTRY]</w:t>
            </w:r>
          </w:p>
        </w:tc>
      </w:tr>
      <w:tr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Production Stage</w:t>
            </w:r>
          </w:p>
        </w:tc>
        <w:tc>
          <w:tcPr>
            <w:tcW w:type="dxa" w:w="691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[MOCK-UP / STAGE 1 / STAGE 2 / FINAL]</w:t>
            </w:r>
          </w:p>
        </w:tc>
      </w:tr>
      <w:tr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Required Ex-Works Date</w:t>
            </w:r>
          </w:p>
        </w:tc>
        <w:tc>
          <w:tcPr>
            <w:tcW w:type="dxa" w:w="691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5"/>
              </w:rPr>
              <w:t>[DATE]</w:t>
            </w:r>
          </w:p>
        </w:tc>
      </w:tr>
    </w:tbl>
    <w:p>
      <w:pPr>
        <w:pStyle w:val="Heading1"/>
      </w:pPr>
      <w:r>
        <w:t>2 · Release prerequisites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2570"/>
        <w:gridCol w:w="2570"/>
        <w:gridCol w:w="2570"/>
        <w:gridCol w:w="2570"/>
      </w:tblGrid>
      <w:tr>
        <w:tc>
          <w:tcPr>
            <w:tcW w:type="dxa" w:w="1944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Gate</w:t>
            </w:r>
          </w:p>
        </w:tc>
        <w:tc>
          <w:tcPr>
            <w:tcW w:type="dxa" w:w="381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Required Evidence</w:t>
            </w:r>
          </w:p>
        </w:tc>
        <w:tc>
          <w:tcPr>
            <w:tcW w:type="dxa" w:w="93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309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Comment / Reference</w:t>
            </w:r>
          </w:p>
        </w:tc>
      </w:tr>
      <w:tr>
        <w:tc>
          <w:tcPr>
            <w:tcW w:type="dxa" w:w="194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Commercial order</w:t>
            </w:r>
          </w:p>
        </w:tc>
        <w:tc>
          <w:tcPr>
            <w:tcW w:type="dxa" w:w="38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Signed PO / order confirmation / payment milestone</w:t>
            </w:r>
          </w:p>
        </w:tc>
        <w:tc>
          <w:tcPr>
            <w:tcW w:type="dxa" w:w="93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 ]</w:t>
            </w:r>
          </w:p>
        </w:tc>
        <w:tc>
          <w:tcPr>
            <w:tcW w:type="dxa" w:w="30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194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Product schedule</w:t>
            </w:r>
          </w:p>
        </w:tc>
        <w:tc>
          <w:tcPr>
            <w:tcW w:type="dxa" w:w="38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Final TIRREN codes and quantities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 ]</w:t>
            </w:r>
          </w:p>
        </w:tc>
        <w:tc>
          <w:tcPr>
            <w:tcW w:type="dxa" w:w="30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194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Shop drawings</w:t>
            </w:r>
          </w:p>
        </w:tc>
        <w:tc>
          <w:tcPr>
            <w:tcW w:type="dxa" w:w="38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Approved revision for each released item</w:t>
            </w:r>
          </w:p>
        </w:tc>
        <w:tc>
          <w:tcPr>
            <w:tcW w:type="dxa" w:w="93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 ]</w:t>
            </w:r>
          </w:p>
        </w:tc>
        <w:tc>
          <w:tcPr>
            <w:tcW w:type="dxa" w:w="30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194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Finish approval</w:t>
            </w:r>
          </w:p>
        </w:tc>
        <w:tc>
          <w:tcPr>
            <w:tcW w:type="dxa" w:w="38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Approved physical sample / finish reference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 ]</w:t>
            </w:r>
          </w:p>
        </w:tc>
        <w:tc>
          <w:tcPr>
            <w:tcW w:type="dxa" w:w="30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194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Mock-up</w:t>
            </w:r>
          </w:p>
        </w:tc>
        <w:tc>
          <w:tcPr>
            <w:tcW w:type="dxa" w:w="38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Approved where project requires mock-up</w:t>
            </w:r>
          </w:p>
        </w:tc>
        <w:tc>
          <w:tcPr>
            <w:tcW w:type="dxa" w:w="93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 ]</w:t>
            </w:r>
          </w:p>
        </w:tc>
        <w:tc>
          <w:tcPr>
            <w:tcW w:type="dxa" w:w="30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194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Technical evidence</w:t>
            </w:r>
          </w:p>
        </w:tc>
        <w:tc>
          <w:tcPr>
            <w:tcW w:type="dxa" w:w="38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Applicable documents matched to selected product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 ]</w:t>
            </w:r>
          </w:p>
        </w:tc>
        <w:tc>
          <w:tcPr>
            <w:tcW w:type="dxa" w:w="30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194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Room allocation</w:t>
            </w:r>
          </w:p>
        </w:tc>
        <w:tc>
          <w:tcPr>
            <w:tcW w:type="dxa" w:w="381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Building / floor / room mapping confirmed</w:t>
            </w:r>
          </w:p>
        </w:tc>
        <w:tc>
          <w:tcPr>
            <w:tcW w:type="dxa" w:w="93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 ]</w:t>
            </w:r>
          </w:p>
        </w:tc>
        <w:tc>
          <w:tcPr>
            <w:tcW w:type="dxa" w:w="309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  <w:tr>
        <w:tc>
          <w:tcPr>
            <w:tcW w:type="dxa" w:w="194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Packaging</w:t>
            </w:r>
          </w:p>
        </w:tc>
        <w:tc>
          <w:tcPr>
            <w:tcW w:type="dxa" w:w="381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Labelling / staging requirements confirmed</w:t>
            </w:r>
          </w:p>
        </w:tc>
        <w:tc>
          <w:tcPr>
            <w:tcW w:type="dxa" w:w="9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 ]</w:t>
            </w:r>
          </w:p>
        </w:tc>
        <w:tc>
          <w:tcPr>
            <w:tcW w:type="dxa" w:w="309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 · Released product schedule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1469"/>
        <w:gridCol w:w="1469"/>
        <w:gridCol w:w="1469"/>
        <w:gridCol w:w="1469"/>
        <w:gridCol w:w="1469"/>
        <w:gridCol w:w="1469"/>
        <w:gridCol w:w="1469"/>
      </w:tblGrid>
      <w:tr>
        <w:tc>
          <w:tcPr>
            <w:tcW w:type="dxa" w:w="648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Item</w:t>
            </w:r>
          </w:p>
        </w:tc>
        <w:tc>
          <w:tcPr>
            <w:tcW w:type="dxa" w:w="144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Code</w:t>
            </w:r>
          </w:p>
        </w:tc>
        <w:tc>
          <w:tcPr>
            <w:tcW w:type="dxa" w:w="252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72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Qty</w:t>
            </w:r>
          </w:p>
        </w:tc>
        <w:tc>
          <w:tcPr>
            <w:tcW w:type="dxa" w:w="144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Finish</w:t>
            </w:r>
          </w:p>
        </w:tc>
        <w:tc>
          <w:tcPr>
            <w:tcW w:type="dxa" w:w="1584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Drawing / Rev</w:t>
            </w:r>
          </w:p>
        </w:tc>
        <w:tc>
          <w:tcPr>
            <w:tcW w:type="dxa" w:w="144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Room / Zone</w:t>
            </w:r>
          </w:p>
        </w:tc>
      </w:tr>
      <w:tr>
        <w:tc>
          <w:tcPr>
            <w:tcW w:type="dxa" w:w="64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  <w:tr>
        <w:tc>
          <w:tcPr>
            <w:tcW w:type="dxa" w:w="64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  <w:tr>
        <w:tc>
          <w:tcPr>
            <w:tcW w:type="dxa" w:w="64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  <w:tr>
        <w:tc>
          <w:tcPr>
            <w:tcW w:type="dxa" w:w="64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  <w:tr>
        <w:tc>
          <w:tcPr>
            <w:tcW w:type="dxa" w:w="64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  <w:tr>
        <w:tc>
          <w:tcPr>
            <w:tcW w:type="dxa" w:w="64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  <w:tr>
        <w:tc>
          <w:tcPr>
            <w:tcW w:type="dxa" w:w="64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  <w:tr>
        <w:tc>
          <w:tcPr>
            <w:tcW w:type="dxa" w:w="64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  <w:tr>
        <w:tc>
          <w:tcPr>
            <w:tcW w:type="dxa" w:w="648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  <w:tr>
        <w:tc>
          <w:tcPr>
            <w:tcW w:type="dxa" w:w="648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[ITEM]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[TIRREN CODE]</w:t>
            </w:r>
          </w:p>
        </w:tc>
        <w:tc>
          <w:tcPr>
            <w:tcW w:type="dxa" w:w="25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[DESCRIPTION]</w:t>
            </w:r>
          </w:p>
        </w:tc>
        <w:tc>
          <w:tcPr>
            <w:tcW w:type="dxa" w:w="72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[QTY]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[FINISH]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[DRAWING / REV]</w:t>
            </w:r>
          </w:p>
        </w:tc>
        <w:tc>
          <w:tcPr>
            <w:tcW w:type="dxa" w:w="144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[ROOM / ZONE]</w:t>
            </w:r>
          </w:p>
        </w:tc>
      </w:tr>
    </w:tbl>
    <w:p>
      <w:pPr>
        <w:pStyle w:val="Heading1"/>
      </w:pPr>
      <w:r>
        <w:t>4 · Release authorisation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3CFC7"/>
          <w:left w:val="single" w:sz="4" w:color="D3CFC7"/>
          <w:bottom w:val="single" w:sz="4" w:color="D3CFC7"/>
          <w:right w:val="single" w:sz="4" w:color="D3CFC7"/>
          <w:insideH w:val="single" w:sz="4" w:color="D3CFC7"/>
          <w:insideV w:val="single" w:sz="4" w:color="D3CFC7"/>
        </w:tblBorders>
      </w:tblPr>
      <w:tblGrid>
        <w:gridCol w:w="2570"/>
        <w:gridCol w:w="2570"/>
        <w:gridCol w:w="2570"/>
        <w:gridCol w:w="2570"/>
      </w:tblGrid>
      <w:tr>
        <w:tc>
          <w:tcPr>
            <w:tcW w:type="dxa" w:w="2736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Approval</w:t>
            </w:r>
          </w:p>
        </w:tc>
        <w:tc>
          <w:tcPr>
            <w:tcW w:type="dxa" w:w="2880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Name / Role</w:t>
            </w:r>
          </w:p>
        </w:tc>
        <w:tc>
          <w:tcPr>
            <w:tcW w:type="dxa" w:w="2592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Signature</w:t>
            </w:r>
          </w:p>
        </w:tc>
        <w:tc>
          <w:tcPr>
            <w:tcW w:type="dxa" w:w="1584"/>
            <w:shd w:fill="22272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FFFFFF"/>
                <w:sz w:val="14"/>
              </w:rPr>
              <w:t>Date</w:t>
            </w:r>
          </w:p>
        </w:tc>
      </w:tr>
      <w:tr>
        <w:tc>
          <w:tcPr>
            <w:tcW w:type="dxa" w:w="273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TIRREN / Apollo Project Review</w:t>
            </w:r>
          </w:p>
        </w:tc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[NAME / ROLE]</w:t>
            </w:r>
          </w:p>
        </w:tc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[SIGNATURE]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[DATE]</w:t>
            </w:r>
          </w:p>
        </w:tc>
      </w:tr>
      <w:tr>
        <w:tc>
          <w:tcPr>
            <w:tcW w:type="dxa" w:w="2736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Supplier Production Confirmation</w:t>
            </w:r>
          </w:p>
        </w:tc>
        <w:tc>
          <w:tcPr>
            <w:tcW w:type="dxa" w:w="2880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[NAME / ROLE]</w:t>
            </w:r>
          </w:p>
        </w:tc>
        <w:tc>
          <w:tcPr>
            <w:tcW w:type="dxa" w:w="2592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[SIGNATURE / EMAIL]</w:t>
            </w:r>
          </w:p>
        </w:tc>
        <w:tc>
          <w:tcPr>
            <w:tcW w:type="dxa" w:w="1584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[DATE]</w:t>
            </w:r>
          </w:p>
        </w:tc>
      </w:tr>
      <w:tr>
        <w:tc>
          <w:tcPr>
            <w:tcW w:type="dxa" w:w="2736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Client / Consultant Approval if required</w:t>
            </w:r>
          </w:p>
        </w:tc>
        <w:tc>
          <w:tcPr>
            <w:tcW w:type="dxa" w:w="2880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[NAME / ROLE]</w:t>
            </w:r>
          </w:p>
        </w:tc>
        <w:tc>
          <w:tcPr>
            <w:tcW w:type="dxa" w:w="2592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[SIGNATURE / APPROVAL REF]</w:t>
            </w:r>
          </w:p>
        </w:tc>
        <w:tc>
          <w:tcPr>
            <w:tcW w:type="dxa" w:w="1584"/>
            <w:shd w:fill="F6F3EE"/>
            <w:tcMar>
              <w:top w:w="100" w:type="dxa"/>
              <w:start w:w="120" w:type="dxa"/>
              <w:bottom w:w="100" w:type="dxa"/>
              <w:end w:w="120" w:type="dxa"/>
            </w:tcMar>
            <w:vAlign w:val="top"/>
          </w:tcPr>
          <w:p>
            <w:r>
              <w:rPr>
                <w:rFonts w:ascii="Arial" w:hAnsi="Arial"/>
                <w:color w:val="22272B"/>
                <w:sz w:val="13"/>
              </w:rPr>
              <w:t>[DATE]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82"/>
      </w:tblGrid>
      <w:tr>
        <w:tc>
          <w:tcPr>
            <w:tcW w:type="dxa" w:w="10282"/>
            <w:shd w:fill="F6F3EE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rFonts w:ascii="Arial" w:hAnsi="Arial"/>
                <w:b/>
                <w:sz w:val="19"/>
              </w:rPr>
              <w:t>CHANGE CONTROL</w:t>
              <w:br/>
            </w:r>
            <w:r>
              <w:rPr>
                <w:rFonts w:ascii="Arial" w:hAnsi="Arial"/>
                <w:color w:val="737B7C"/>
                <w:sz w:val="16"/>
              </w:rPr>
              <w:t>Any change to geometry, finish, quantity, tap/waste configuration, evidence scope or packaging after production release must be recorded through a revised release and approved before affected manufacturing continues.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37B7C"/>
        <w:sz w:val="14"/>
      </w:rPr>
      <w:t>Apollo NZ Global · Production Release · Issue 01 ·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737B7C"/>
        <w:sz w:val="14"/>
      </w:rPr>
      <w:t>TIRREN · HOSPITALITY SURFACE SYSTEMS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2227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2227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2227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667A62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22272B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