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22272B"/>
          <w:sz w:val="68"/>
        </w:rPr>
        <w:t>TIRREN</w:t>
      </w:r>
    </w:p>
    <w:p>
      <w:r>
        <w:rPr>
          <w:rFonts w:ascii="Arial" w:hAnsi="Arial"/>
          <w:b/>
          <w:color w:val="667A62"/>
          <w:sz w:val="18"/>
        </w:rPr>
        <w:t>FINISH CONTROL</w:t>
      </w:r>
    </w:p>
    <w:p>
      <w:pPr>
        <w:pStyle w:val="Title"/>
      </w:pPr>
      <w:r>
        <w:t>Material &amp; Finish Sample Approval Form</w:t>
      </w:r>
    </w:p>
    <w:p>
      <w:r>
        <w:rPr>
          <w:rFonts w:ascii="Arial" w:hAnsi="Arial"/>
          <w:color w:val="737B7C"/>
          <w:sz w:val="24"/>
        </w:rPr>
        <w:t>Physical sample control before mock-up or repeated production</w:t>
      </w:r>
    </w:p>
    <w:p>
      <w:r>
        <w:br w:type="page"/>
      </w:r>
    </w:p>
    <w:p>
      <w:pPr>
        <w:pStyle w:val="Heading1"/>
      </w:pPr>
      <w:r>
        <w:t>1 · Project &amp; sample identity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288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91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Entry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Project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[PROJECT]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Project Code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[CODE]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Sample ID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[S-001]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Date Issued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[DATE]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Material / Product Family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[DETAIL]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Colour / Pattern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[DETAIL]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Surface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[MATTE / GLOSSY / OTHER]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Supplier Batch / Lot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[IF APPLICABLE]</w:t>
            </w:r>
          </w:p>
        </w:tc>
      </w:tr>
    </w:tbl>
    <w:p>
      <w:pPr>
        <w:pStyle w:val="Heading1"/>
      </w:pPr>
      <w:r>
        <w:t>2 · Sample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3427"/>
        <w:gridCol w:w="3427"/>
        <w:gridCol w:w="3427"/>
      </w:tblGrid>
      <w:tr>
        <w:tc>
          <w:tcPr>
            <w:tcW w:type="dxa" w:w="259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Review Item</w:t>
            </w:r>
          </w:p>
        </w:tc>
        <w:tc>
          <w:tcPr>
            <w:tcW w:type="dxa" w:w="547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Requirement / Comment</w:t>
            </w:r>
          </w:p>
        </w:tc>
        <w:tc>
          <w:tcPr>
            <w:tcW w:type="dxa" w:w="1728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Result</w:t>
            </w:r>
          </w:p>
        </w:tc>
      </w:tr>
      <w:tr>
        <w:tc>
          <w:tcPr>
            <w:tcW w:type="dxa" w:w="25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Colour</w:t>
            </w:r>
          </w:p>
        </w:tc>
        <w:tc>
          <w:tcPr>
            <w:tcW w:type="dxa" w:w="547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[REFERENCE / COMMENT]</w:t>
            </w:r>
          </w:p>
        </w:tc>
        <w:tc>
          <w:tcPr>
            <w:tcW w:type="dxa" w:w="172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[APPROVE / REVISE]</w:t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Pattern / veining</w:t>
            </w:r>
          </w:p>
        </w:tc>
        <w:tc>
          <w:tcPr>
            <w:tcW w:type="dxa" w:w="547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[REFERENCE / COMMENT]</w:t>
            </w:r>
          </w:p>
        </w:tc>
        <w:tc>
          <w:tcPr>
            <w:tcW w:type="dxa" w:w="17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[APPROVE / REVISE]</w:t>
            </w:r>
          </w:p>
        </w:tc>
      </w:tr>
      <w:tr>
        <w:tc>
          <w:tcPr>
            <w:tcW w:type="dxa" w:w="25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Sheen / gloss</w:t>
            </w:r>
          </w:p>
        </w:tc>
        <w:tc>
          <w:tcPr>
            <w:tcW w:type="dxa" w:w="547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[REFERENCE / COMMENT]</w:t>
            </w:r>
          </w:p>
        </w:tc>
        <w:tc>
          <w:tcPr>
            <w:tcW w:type="dxa" w:w="172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[APPROVE / REVISE]</w:t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Texture / tactile finish</w:t>
            </w:r>
          </w:p>
        </w:tc>
        <w:tc>
          <w:tcPr>
            <w:tcW w:type="dxa" w:w="547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[REFERENCE / COMMENT]</w:t>
            </w:r>
          </w:p>
        </w:tc>
        <w:tc>
          <w:tcPr>
            <w:tcW w:type="dxa" w:w="17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[APPROVE / REVISE]</w:t>
            </w:r>
          </w:p>
        </w:tc>
      </w:tr>
      <w:tr>
        <w:tc>
          <w:tcPr>
            <w:tcW w:type="dxa" w:w="25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Edge appearance</w:t>
            </w:r>
          </w:p>
        </w:tc>
        <w:tc>
          <w:tcPr>
            <w:tcW w:type="dxa" w:w="547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[REFERENCE / COMMENT]</w:t>
            </w:r>
          </w:p>
        </w:tc>
        <w:tc>
          <w:tcPr>
            <w:tcW w:type="dxa" w:w="172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[APPROVE / REVISE]</w:t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Repair / refinishing expectation</w:t>
            </w:r>
          </w:p>
        </w:tc>
        <w:tc>
          <w:tcPr>
            <w:tcW w:type="dxa" w:w="547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[REFERENCE / COMMENT]</w:t>
            </w:r>
          </w:p>
        </w:tc>
        <w:tc>
          <w:tcPr>
            <w:tcW w:type="dxa" w:w="17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[APPROVE / REVISE]</w:t>
            </w:r>
          </w:p>
        </w:tc>
      </w:tr>
    </w:tbl>
    <w:p>
      <w:r>
        <w:br w:type="page"/>
      </w:r>
    </w:p>
    <w:p>
      <w:pPr>
        <w:pStyle w:val="Heading1"/>
      </w:pPr>
      <w:r>
        <w:t>3 · Approval disposition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360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Disposition</w:t>
            </w:r>
          </w:p>
        </w:tc>
        <w:tc>
          <w:tcPr>
            <w:tcW w:type="dxa" w:w="619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Select / Comment</w:t>
            </w:r>
          </w:p>
        </w:tc>
      </w:tr>
      <w:tr>
        <w:tc>
          <w:tcPr>
            <w:tcW w:type="dxa" w:w="36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Approved as project finish reference</w:t>
            </w:r>
          </w:p>
        </w:tc>
        <w:tc>
          <w:tcPr>
            <w:tcW w:type="dxa" w:w="61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6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Approved for mock-up only</w:t>
            </w:r>
          </w:p>
        </w:tc>
        <w:tc>
          <w:tcPr>
            <w:tcW w:type="dxa" w:w="61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6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Approved with comments</w:t>
            </w:r>
          </w:p>
        </w:tc>
        <w:tc>
          <w:tcPr>
            <w:tcW w:type="dxa" w:w="61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6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Revise / resubmit</w:t>
            </w:r>
          </w:p>
        </w:tc>
        <w:tc>
          <w:tcPr>
            <w:tcW w:type="dxa" w:w="61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6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Rejected</w:t>
            </w:r>
          </w:p>
        </w:tc>
        <w:tc>
          <w:tcPr>
            <w:tcW w:type="dxa" w:w="61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6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Approval comments</w:t>
            </w:r>
          </w:p>
        </w:tc>
        <w:tc>
          <w:tcPr>
            <w:tcW w:type="dxa" w:w="61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[COMMENTS]</w:t>
            </w:r>
          </w:p>
        </w:tc>
      </w:tr>
      <w:tr>
        <w:tc>
          <w:tcPr>
            <w:tcW w:type="dxa" w:w="36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Reviewer</w:t>
            </w:r>
          </w:p>
        </w:tc>
        <w:tc>
          <w:tcPr>
            <w:tcW w:type="dxa" w:w="61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[NAME / ROLE]</w:t>
            </w:r>
          </w:p>
        </w:tc>
      </w:tr>
      <w:tr>
        <w:tc>
          <w:tcPr>
            <w:tcW w:type="dxa" w:w="36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Signature</w:t>
            </w:r>
          </w:p>
        </w:tc>
        <w:tc>
          <w:tcPr>
            <w:tcW w:type="dxa" w:w="61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[SIGNATURE]</w:t>
            </w:r>
          </w:p>
        </w:tc>
      </w:tr>
      <w:tr>
        <w:tc>
          <w:tcPr>
            <w:tcW w:type="dxa" w:w="36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Date</w:t>
            </w:r>
          </w:p>
        </w:tc>
        <w:tc>
          <w:tcPr>
            <w:tcW w:type="dxa" w:w="61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[DATE]</w:t>
            </w:r>
          </w:p>
        </w:tc>
      </w:tr>
    </w:tbl>
    <w:p>
      <w:pPr>
        <w:pStyle w:val="Heading1"/>
      </w:pPr>
      <w:r>
        <w:t>4 · Production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360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Control</w:t>
            </w:r>
          </w:p>
        </w:tc>
        <w:tc>
          <w:tcPr>
            <w:tcW w:type="dxa" w:w="619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Entry</w:t>
            </w:r>
          </w:p>
        </w:tc>
      </w:tr>
      <w:tr>
        <w:tc>
          <w:tcPr>
            <w:tcW w:type="dxa" w:w="36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Approved finish reference</w:t>
            </w:r>
          </w:p>
        </w:tc>
        <w:tc>
          <w:tcPr>
            <w:tcW w:type="dxa" w:w="61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[SAMPLE ID]</w:t>
            </w:r>
          </w:p>
        </w:tc>
      </w:tr>
      <w:tr>
        <w:tc>
          <w:tcPr>
            <w:tcW w:type="dxa" w:w="36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Production batch control required</w:t>
            </w:r>
          </w:p>
        </w:tc>
        <w:tc>
          <w:tcPr>
            <w:tcW w:type="dxa" w:w="61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[YES / NO / COMMENT]</w:t>
            </w:r>
          </w:p>
        </w:tc>
      </w:tr>
      <w:tr>
        <w:tc>
          <w:tcPr>
            <w:tcW w:type="dxa" w:w="36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Mock-up linked to sample</w:t>
            </w:r>
          </w:p>
        </w:tc>
        <w:tc>
          <w:tcPr>
            <w:tcW w:type="dxa" w:w="61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[MOCK-UP ID]</w:t>
            </w:r>
          </w:p>
        </w:tc>
      </w:tr>
      <w:tr>
        <w:tc>
          <w:tcPr>
            <w:tcW w:type="dxa" w:w="36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Product schedule linked</w:t>
            </w:r>
          </w:p>
        </w:tc>
        <w:tc>
          <w:tcPr>
            <w:tcW w:type="dxa" w:w="61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[TIRREN CODES / ROOM TYPES]</w:t>
            </w:r>
          </w:p>
        </w:tc>
      </w:tr>
      <w:tr>
        <w:tc>
          <w:tcPr>
            <w:tcW w:type="dxa" w:w="36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Supersedes sample</w:t>
            </w:r>
          </w:p>
        </w:tc>
        <w:tc>
          <w:tcPr>
            <w:tcW w:type="dxa" w:w="61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[ID / N/A]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6F3EE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/>
                <w:b/>
                <w:sz w:val="19"/>
              </w:rPr>
              <w:t>PHYSICAL SAMPLE RULE</w:t>
              <w:br/>
            </w:r>
            <w:r>
              <w:rPr>
                <w:rFonts w:ascii="Arial" w:hAnsi="Arial"/>
                <w:color w:val="737B7C"/>
                <w:sz w:val="16"/>
              </w:rPr>
              <w:t>Photographs are useful records but do not replace an approved physical finish sample where colour, pattern, sheen or tactile appearance is critical to the project.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79" w:bottom="936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37B7C"/>
        <w:sz w:val="14"/>
      </w:rPr>
      <w:t>Apollo NZ Global · Sample &amp; Finish Approval · Issue 01 · October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737B7C"/>
        <w:sz w:val="14"/>
      </w:rPr>
      <w:t>TIRREN · HOSPITALITY SURFACE SYSTEMS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227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227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227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667A62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22272B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